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3E23" w14:textId="77777777" w:rsidR="00D370BB" w:rsidRDefault="006E0814" w:rsidP="00180A2D">
      <w:pPr>
        <w:spacing w:after="0" w:line="240" w:lineRule="auto"/>
        <w:jc w:val="center"/>
      </w:pPr>
      <w:r>
        <w:rPr>
          <w:b/>
        </w:rPr>
        <w:t>C</w:t>
      </w:r>
      <w:r>
        <w:rPr>
          <w:b/>
        </w:rPr>
        <w:t>Ộ</w:t>
      </w:r>
      <w:r>
        <w:rPr>
          <w:b/>
        </w:rPr>
        <w:t>NG HÒA XÃ H</w:t>
      </w:r>
      <w:r>
        <w:rPr>
          <w:b/>
        </w:rPr>
        <w:t>Ộ</w:t>
      </w:r>
      <w:r>
        <w:rPr>
          <w:b/>
        </w:rPr>
        <w:t>I CH</w:t>
      </w:r>
      <w:r>
        <w:rPr>
          <w:b/>
        </w:rPr>
        <w:t>Ủ</w:t>
      </w:r>
      <w:r>
        <w:rPr>
          <w:b/>
        </w:rPr>
        <w:t xml:space="preserve"> NGHĨA VI</w:t>
      </w:r>
      <w:r>
        <w:rPr>
          <w:b/>
        </w:rPr>
        <w:t>Ệ</w:t>
      </w:r>
      <w:r>
        <w:rPr>
          <w:b/>
        </w:rPr>
        <w:t>T NAM</w:t>
      </w:r>
    </w:p>
    <w:p w14:paraId="6E7EA00D" w14:textId="77777777" w:rsidR="00D370BB" w:rsidRDefault="006E0814" w:rsidP="00180A2D">
      <w:pPr>
        <w:spacing w:after="0" w:line="240" w:lineRule="auto"/>
        <w:jc w:val="center"/>
      </w:pPr>
      <w:r>
        <w:rPr>
          <w:b/>
        </w:rPr>
        <w:t>Đ</w:t>
      </w:r>
      <w:r>
        <w:rPr>
          <w:b/>
        </w:rPr>
        <w:t>ộ</w:t>
      </w:r>
      <w:r>
        <w:rPr>
          <w:b/>
        </w:rPr>
        <w:t>c l</w:t>
      </w:r>
      <w:r>
        <w:rPr>
          <w:b/>
        </w:rPr>
        <w:t>ậ</w:t>
      </w:r>
      <w:r>
        <w:rPr>
          <w:b/>
        </w:rPr>
        <w:t>p - T</w:t>
      </w:r>
      <w:r>
        <w:rPr>
          <w:b/>
        </w:rPr>
        <w:t>ự</w:t>
      </w:r>
      <w:r>
        <w:rPr>
          <w:b/>
        </w:rPr>
        <w:t xml:space="preserve"> do - H</w:t>
      </w:r>
      <w:r>
        <w:rPr>
          <w:b/>
        </w:rPr>
        <w:t>ạ</w:t>
      </w:r>
      <w:r>
        <w:rPr>
          <w:b/>
        </w:rPr>
        <w:t>nh phúc</w:t>
      </w:r>
    </w:p>
    <w:p w14:paraId="0ACEFCAD" w14:textId="77777777" w:rsidR="00D370BB" w:rsidRDefault="006E0814" w:rsidP="00180A2D">
      <w:pPr>
        <w:spacing w:after="0" w:line="240" w:lineRule="auto"/>
        <w:jc w:val="center"/>
      </w:pPr>
      <w:r>
        <w:t>---------------------</w:t>
      </w:r>
    </w:p>
    <w:p w14:paraId="41C02654" w14:textId="77777777" w:rsidR="00D370BB" w:rsidRPr="006E0814" w:rsidRDefault="00D370BB" w:rsidP="00180A2D">
      <w:pPr>
        <w:spacing w:after="0" w:line="240" w:lineRule="auto"/>
        <w:rPr>
          <w:sz w:val="12"/>
        </w:rPr>
      </w:pPr>
    </w:p>
    <w:p w14:paraId="038B482D" w14:textId="77777777" w:rsidR="00D370BB" w:rsidRDefault="006E0814" w:rsidP="00180A2D">
      <w:pPr>
        <w:spacing w:after="80" w:line="240" w:lineRule="auto"/>
        <w:jc w:val="center"/>
      </w:pPr>
      <w:r>
        <w:rPr>
          <w:b/>
          <w:sz w:val="28"/>
        </w:rPr>
        <w:t>ĐƠN ĐĂNG KÝ THAM GIA KHÓA ĐÀO T</w:t>
      </w:r>
      <w:r>
        <w:rPr>
          <w:b/>
          <w:sz w:val="28"/>
        </w:rPr>
        <w:t>Ạ</w:t>
      </w:r>
      <w:r>
        <w:rPr>
          <w:b/>
          <w:sz w:val="28"/>
        </w:rPr>
        <w:t>O</w:t>
      </w:r>
    </w:p>
    <w:p w14:paraId="115C89CB" w14:textId="77777777" w:rsidR="00D370BB" w:rsidRPr="00180A2D" w:rsidRDefault="006E0814" w:rsidP="00180A2D">
      <w:pPr>
        <w:spacing w:after="80" w:line="240" w:lineRule="auto"/>
        <w:jc w:val="center"/>
        <w:rPr>
          <w:sz w:val="22"/>
        </w:rPr>
      </w:pPr>
      <w:r w:rsidRPr="00180A2D">
        <w:rPr>
          <w:b/>
          <w:sz w:val="22"/>
        </w:rPr>
        <w:t>C</w:t>
      </w:r>
      <w:r w:rsidRPr="00180A2D">
        <w:rPr>
          <w:b/>
          <w:sz w:val="22"/>
        </w:rPr>
        <w:t>Ậ</w:t>
      </w:r>
      <w:r w:rsidRPr="00180A2D">
        <w:rPr>
          <w:b/>
          <w:sz w:val="22"/>
        </w:rPr>
        <w:t>P NH</w:t>
      </w:r>
      <w:r w:rsidRPr="00180A2D">
        <w:rPr>
          <w:b/>
          <w:sz w:val="22"/>
        </w:rPr>
        <w:t>Ậ</w:t>
      </w:r>
      <w:r w:rsidRPr="00180A2D">
        <w:rPr>
          <w:b/>
          <w:sz w:val="22"/>
        </w:rPr>
        <w:t>T KI</w:t>
      </w:r>
      <w:r w:rsidRPr="00180A2D">
        <w:rPr>
          <w:b/>
          <w:sz w:val="22"/>
        </w:rPr>
        <w:t>Ế</w:t>
      </w:r>
      <w:r w:rsidRPr="00180A2D">
        <w:rPr>
          <w:b/>
          <w:sz w:val="22"/>
        </w:rPr>
        <w:t>N TH</w:t>
      </w:r>
      <w:r w:rsidRPr="00180A2D">
        <w:rPr>
          <w:b/>
          <w:sz w:val="22"/>
        </w:rPr>
        <w:t>Ứ</w:t>
      </w:r>
      <w:r w:rsidRPr="00180A2D">
        <w:rPr>
          <w:b/>
          <w:sz w:val="22"/>
        </w:rPr>
        <w:t>C Y KHOA LIÊN T</w:t>
      </w:r>
      <w:r w:rsidRPr="00180A2D">
        <w:rPr>
          <w:b/>
          <w:sz w:val="22"/>
        </w:rPr>
        <w:t>Ụ</w:t>
      </w:r>
      <w:r w:rsidRPr="00180A2D">
        <w:rPr>
          <w:b/>
          <w:sz w:val="22"/>
        </w:rPr>
        <w:t>C</w:t>
      </w:r>
      <w:r w:rsidR="00180A2D" w:rsidRPr="00180A2D">
        <w:rPr>
          <w:sz w:val="22"/>
        </w:rPr>
        <w:t xml:space="preserve"> </w:t>
      </w:r>
      <w:r w:rsidRPr="00180A2D">
        <w:rPr>
          <w:b/>
          <w:sz w:val="22"/>
        </w:rPr>
        <w:t>V</w:t>
      </w:r>
      <w:r w:rsidRPr="00180A2D">
        <w:rPr>
          <w:b/>
          <w:sz w:val="22"/>
        </w:rPr>
        <w:t>Ề</w:t>
      </w:r>
      <w:r w:rsidRPr="00180A2D">
        <w:rPr>
          <w:b/>
          <w:sz w:val="22"/>
        </w:rPr>
        <w:t xml:space="preserve"> KI</w:t>
      </w:r>
      <w:r w:rsidRPr="00180A2D">
        <w:rPr>
          <w:b/>
          <w:sz w:val="22"/>
        </w:rPr>
        <w:t>Ể</w:t>
      </w:r>
      <w:r w:rsidRPr="00180A2D">
        <w:rPr>
          <w:b/>
          <w:sz w:val="22"/>
        </w:rPr>
        <w:t>M SOÁT NHI</w:t>
      </w:r>
      <w:r w:rsidRPr="00180A2D">
        <w:rPr>
          <w:b/>
          <w:sz w:val="22"/>
        </w:rPr>
        <w:t>Ễ</w:t>
      </w:r>
      <w:r w:rsidRPr="00180A2D">
        <w:rPr>
          <w:b/>
          <w:sz w:val="22"/>
        </w:rPr>
        <w:t>M KHU</w:t>
      </w:r>
      <w:r w:rsidRPr="00180A2D">
        <w:rPr>
          <w:b/>
          <w:sz w:val="22"/>
        </w:rPr>
        <w:t>Ẩ</w:t>
      </w:r>
      <w:r w:rsidRPr="00180A2D">
        <w:rPr>
          <w:b/>
          <w:sz w:val="22"/>
        </w:rPr>
        <w:t>N (48 GI</w:t>
      </w:r>
      <w:r w:rsidRPr="00180A2D">
        <w:rPr>
          <w:b/>
          <w:sz w:val="22"/>
        </w:rPr>
        <w:t>Ờ</w:t>
      </w:r>
      <w:r w:rsidRPr="00180A2D">
        <w:rPr>
          <w:b/>
          <w:sz w:val="22"/>
        </w:rPr>
        <w:t>)</w:t>
      </w:r>
    </w:p>
    <w:p w14:paraId="261EE100" w14:textId="77777777" w:rsidR="00D370BB" w:rsidRPr="006E0814" w:rsidRDefault="00D370BB" w:rsidP="00180A2D">
      <w:pPr>
        <w:spacing w:after="80" w:line="240" w:lineRule="auto"/>
        <w:rPr>
          <w:sz w:val="12"/>
        </w:rPr>
      </w:pPr>
    </w:p>
    <w:p w14:paraId="09AA95F2" w14:textId="2941D4AF" w:rsidR="00D370BB" w:rsidRDefault="006E0814" w:rsidP="00180A2D">
      <w:pPr>
        <w:spacing w:after="80" w:line="240" w:lineRule="auto"/>
        <w:jc w:val="center"/>
      </w:pPr>
      <w:proofErr w:type="spellStart"/>
      <w:r>
        <w:rPr>
          <w:b/>
        </w:rPr>
        <w:t>Kính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</w:t>
      </w:r>
      <w:r>
        <w:rPr>
          <w:b/>
        </w:rPr>
        <w:t>ử</w:t>
      </w:r>
      <w:r>
        <w:rPr>
          <w:b/>
        </w:rPr>
        <w:t>i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Trư</w:t>
      </w:r>
      <w:r>
        <w:rPr>
          <w:b/>
        </w:rPr>
        <w:t>ờ</w:t>
      </w:r>
      <w:r>
        <w:rPr>
          <w:b/>
        </w:rPr>
        <w:t>ng</w:t>
      </w:r>
      <w:proofErr w:type="spellEnd"/>
      <w:r>
        <w:rPr>
          <w:b/>
        </w:rPr>
        <w:t xml:space="preserve"> Cao </w:t>
      </w:r>
      <w:proofErr w:type="spellStart"/>
      <w:r>
        <w:rPr>
          <w:b/>
        </w:rPr>
        <w:t>đ</w:t>
      </w:r>
      <w:r>
        <w:rPr>
          <w:b/>
        </w:rPr>
        <w:t>ẳ</w:t>
      </w:r>
      <w:r>
        <w:rPr>
          <w:b/>
        </w:rPr>
        <w:t>ng</w:t>
      </w:r>
      <w:proofErr w:type="spellEnd"/>
      <w:r>
        <w:rPr>
          <w:b/>
        </w:rPr>
        <w:t xml:space="preserve"> Y Dư</w:t>
      </w:r>
      <w:r>
        <w:rPr>
          <w:b/>
        </w:rPr>
        <w:t>ợ</w:t>
      </w:r>
      <w:r>
        <w:rPr>
          <w:b/>
        </w:rPr>
        <w:t>c Tu</w:t>
      </w:r>
      <w:r>
        <w:rPr>
          <w:b/>
        </w:rPr>
        <w:t>ệ</w:t>
      </w:r>
      <w:r>
        <w:rPr>
          <w:b/>
        </w:rPr>
        <w:t xml:space="preserve"> Tĩnh Hà N</w:t>
      </w:r>
      <w:r>
        <w:rPr>
          <w:b/>
        </w:rPr>
        <w:t>ộ</w:t>
      </w:r>
      <w:r>
        <w:rPr>
          <w:b/>
        </w:rPr>
        <w:t>i</w:t>
      </w:r>
    </w:p>
    <w:p w14:paraId="70470954" w14:textId="77777777" w:rsidR="00D370BB" w:rsidRDefault="006E0814" w:rsidP="00180A2D">
      <w:pPr>
        <w:spacing w:after="80" w:line="240" w:lineRule="auto"/>
      </w:pPr>
      <w:r>
        <w:t>Tôi tên là: ......................................</w:t>
      </w:r>
      <w:r w:rsidR="00180A2D">
        <w:t>.........</w:t>
      </w:r>
      <w:r>
        <w:t>..............................................................................</w:t>
      </w:r>
    </w:p>
    <w:p w14:paraId="703DBFFE" w14:textId="77777777" w:rsidR="00D370BB" w:rsidRDefault="006E0814" w:rsidP="00180A2D">
      <w:pPr>
        <w:spacing w:after="80" w:line="240" w:lineRule="auto"/>
      </w:pPr>
      <w:r>
        <w:t>Ngày sinh: ......................................</w:t>
      </w:r>
      <w:r w:rsidR="00180A2D">
        <w:t>..........</w:t>
      </w:r>
      <w:r>
        <w:t>........... Gi</w:t>
      </w:r>
      <w:r>
        <w:t>ớ</w:t>
      </w:r>
      <w:r>
        <w:t>i tính: .......</w:t>
      </w:r>
      <w:r w:rsidR="00180A2D">
        <w:t>..</w:t>
      </w:r>
      <w:r>
        <w:t>.......................................</w:t>
      </w:r>
    </w:p>
    <w:p w14:paraId="0BFB6372" w14:textId="77777777" w:rsidR="00D370BB" w:rsidRDefault="006E0814" w:rsidP="00180A2D">
      <w:pPr>
        <w:spacing w:after="80" w:line="240" w:lineRule="auto"/>
      </w:pPr>
      <w:r>
        <w:t>S</w:t>
      </w:r>
      <w:r>
        <w:t>ố</w:t>
      </w:r>
      <w:r>
        <w:t xml:space="preserve"> CCCD/</w:t>
      </w:r>
      <w:r w:rsidR="00180A2D">
        <w:t>CMND: ..........</w:t>
      </w:r>
      <w:r>
        <w:t>........................ Ngày c</w:t>
      </w:r>
      <w:r>
        <w:t>ấ</w:t>
      </w:r>
      <w:r>
        <w:t>p: ...................... Nơi c</w:t>
      </w:r>
      <w:r>
        <w:t>ấ</w:t>
      </w:r>
      <w:r>
        <w:t>p: ......................</w:t>
      </w:r>
    </w:p>
    <w:p w14:paraId="4622BCBE" w14:textId="77777777" w:rsidR="00D370BB" w:rsidRDefault="006E0814" w:rsidP="00180A2D">
      <w:pPr>
        <w:spacing w:after="80" w:line="240" w:lineRule="auto"/>
      </w:pPr>
      <w:r>
        <w:t>S</w:t>
      </w:r>
      <w:r>
        <w:t>ố</w:t>
      </w:r>
      <w:r>
        <w:t xml:space="preserve"> đi</w:t>
      </w:r>
      <w:r>
        <w:t>ệ</w:t>
      </w:r>
      <w:r>
        <w:t>n tho</w:t>
      </w:r>
      <w:r>
        <w:t>ạ</w:t>
      </w:r>
      <w:r>
        <w:t>i liên h</w:t>
      </w:r>
      <w:r>
        <w:t>ệ</w:t>
      </w:r>
      <w:r>
        <w:t>: .....................</w:t>
      </w:r>
      <w:r w:rsidR="00180A2D">
        <w:t>.......</w:t>
      </w:r>
      <w:r>
        <w:t>Email (n</w:t>
      </w:r>
      <w:r>
        <w:t>ế</w:t>
      </w:r>
      <w:r>
        <w:t>u có): ......</w:t>
      </w:r>
      <w:r>
        <w:t>..................</w:t>
      </w:r>
      <w:r w:rsidR="00180A2D">
        <w:t>............</w:t>
      </w:r>
      <w:r>
        <w:t>...................</w:t>
      </w:r>
    </w:p>
    <w:p w14:paraId="3DAFA4EF" w14:textId="77777777" w:rsidR="00D370BB" w:rsidRDefault="006E0814" w:rsidP="00180A2D">
      <w:pPr>
        <w:spacing w:after="80" w:line="240" w:lineRule="auto"/>
      </w:pPr>
      <w:r>
        <w:t>Đ</w:t>
      </w:r>
      <w:r>
        <w:t>ị</w:t>
      </w:r>
      <w:r>
        <w:t>a ch</w:t>
      </w:r>
      <w:r>
        <w:t>ỉ</w:t>
      </w:r>
      <w:r>
        <w:t xml:space="preserve"> liên h</w:t>
      </w:r>
      <w:r>
        <w:t>ệ</w:t>
      </w:r>
      <w:r>
        <w:t>: ..............................</w:t>
      </w:r>
      <w:r w:rsidR="00180A2D">
        <w:t>...........</w:t>
      </w:r>
      <w:r>
        <w:t>..............................................................................</w:t>
      </w:r>
    </w:p>
    <w:p w14:paraId="16572B7C" w14:textId="77777777" w:rsidR="00D370BB" w:rsidRDefault="006E0814" w:rsidP="00180A2D">
      <w:pPr>
        <w:spacing w:after="80" w:line="240" w:lineRule="auto"/>
      </w:pPr>
      <w:r>
        <w:t>Đơn v</w:t>
      </w:r>
      <w:r>
        <w:t>ị</w:t>
      </w:r>
      <w:r>
        <w:t xml:space="preserve"> công tác: ...........</w:t>
      </w:r>
      <w:r>
        <w:t>...........</w:t>
      </w:r>
      <w:r w:rsidR="00180A2D">
        <w:t>...........</w:t>
      </w:r>
      <w:r>
        <w:t>....................................................................................</w:t>
      </w:r>
    </w:p>
    <w:p w14:paraId="292BF28A" w14:textId="77777777" w:rsidR="00D370BB" w:rsidRDefault="006E0814" w:rsidP="00180A2D">
      <w:pPr>
        <w:spacing w:after="80" w:line="240" w:lineRule="auto"/>
      </w:pPr>
      <w:r>
        <w:t>Ch</w:t>
      </w:r>
      <w:r>
        <w:t>ứ</w:t>
      </w:r>
      <w:r>
        <w:t>c v</w:t>
      </w:r>
      <w:r>
        <w:t>ụ</w:t>
      </w:r>
      <w:r>
        <w:t>/V</w:t>
      </w:r>
      <w:r>
        <w:t>ị</w:t>
      </w:r>
      <w:r>
        <w:t xml:space="preserve"> trí công tác: ........</w:t>
      </w:r>
      <w:r w:rsidR="00180A2D">
        <w:t>.........</w:t>
      </w:r>
      <w:r>
        <w:t>.......................................................................................</w:t>
      </w:r>
    </w:p>
    <w:p w14:paraId="16045E58" w14:textId="77777777" w:rsidR="00D370BB" w:rsidRDefault="006E0814" w:rsidP="00180A2D">
      <w:pPr>
        <w:spacing w:after="80" w:line="240" w:lineRule="auto"/>
      </w:pPr>
      <w:r>
        <w:t>Trình đ</w:t>
      </w:r>
      <w:r>
        <w:t>ộ</w:t>
      </w:r>
      <w:r>
        <w:t xml:space="preserve"> chuyên môn: ..................</w:t>
      </w:r>
      <w:r>
        <w:t>....</w:t>
      </w:r>
      <w:r w:rsidR="00180A2D">
        <w:t>..........</w:t>
      </w:r>
      <w:r>
        <w:t>...........................................................................</w:t>
      </w:r>
    </w:p>
    <w:p w14:paraId="40A41103" w14:textId="77777777" w:rsidR="00D370BB" w:rsidRDefault="006E0814" w:rsidP="00180A2D">
      <w:pPr>
        <w:spacing w:after="80" w:line="240" w:lineRule="auto"/>
      </w:pPr>
      <w:r>
        <w:t>S</w:t>
      </w:r>
      <w:r>
        <w:t>ố</w:t>
      </w:r>
      <w:r>
        <w:t xml:space="preserve"> ch</w:t>
      </w:r>
      <w:r>
        <w:t>ứ</w:t>
      </w:r>
      <w:r>
        <w:t>ng ch</w:t>
      </w:r>
      <w:r>
        <w:t>ỉ</w:t>
      </w:r>
      <w:r>
        <w:t xml:space="preserve"> hành ngh</w:t>
      </w:r>
      <w:r>
        <w:t>ề</w:t>
      </w:r>
      <w:r>
        <w:t xml:space="preserve"> (n</w:t>
      </w:r>
      <w:r>
        <w:t>ế</w:t>
      </w:r>
      <w:r>
        <w:t>u có): ......</w:t>
      </w:r>
      <w:r w:rsidR="00180A2D">
        <w:t>...........</w:t>
      </w:r>
      <w:r>
        <w:t>........................................................................</w:t>
      </w:r>
    </w:p>
    <w:p w14:paraId="712D7F05" w14:textId="77777777" w:rsidR="00D370BB" w:rsidRDefault="006E0814" w:rsidP="00180A2D">
      <w:pPr>
        <w:spacing w:after="60" w:line="240" w:lineRule="auto"/>
        <w:ind w:firstLine="720"/>
        <w:jc w:val="both"/>
      </w:pPr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</w:t>
      </w:r>
      <w:r>
        <w:t>ứ</w:t>
      </w:r>
      <w:r>
        <w:t>u</w:t>
      </w:r>
      <w:proofErr w:type="spellEnd"/>
      <w:r>
        <w:t xml:space="preserve"> thông báo tuy</w:t>
      </w:r>
      <w:r>
        <w:t>ể</w:t>
      </w:r>
      <w:r>
        <w:t>n sinh khóa C</w:t>
      </w:r>
      <w:r>
        <w:t>ậ</w:t>
      </w:r>
      <w:r>
        <w:t>p nh</w:t>
      </w:r>
      <w:r>
        <w:t>ậ</w:t>
      </w:r>
      <w:r>
        <w:t>t ki</w:t>
      </w:r>
      <w:r>
        <w:t>ế</w:t>
      </w:r>
      <w:r>
        <w:t>n th</w:t>
      </w:r>
      <w:r>
        <w:t>ứ</w:t>
      </w:r>
      <w:r>
        <w:t xml:space="preserve">c </w:t>
      </w:r>
      <w:r>
        <w:t>y khoa liên t</w:t>
      </w:r>
      <w:r>
        <w:t>ụ</w:t>
      </w:r>
      <w:r>
        <w:t>c v</w:t>
      </w:r>
      <w:r>
        <w:t>ề</w:t>
      </w:r>
      <w:r>
        <w:t xml:space="preserve"> Ki</w:t>
      </w:r>
      <w:r>
        <w:t>ể</w:t>
      </w:r>
      <w:r>
        <w:t>m soát nhi</w:t>
      </w:r>
      <w:r>
        <w:t>ễ</w:t>
      </w:r>
      <w:r>
        <w:t>m khu</w:t>
      </w:r>
      <w:r>
        <w:t>ẩ</w:t>
      </w:r>
      <w:r>
        <w:t>n (48 gi</w:t>
      </w:r>
      <w:r>
        <w:t>ờ</w:t>
      </w:r>
      <w:r>
        <w:t xml:space="preserve">) </w:t>
      </w:r>
      <w:bookmarkStart w:id="0" w:name="_GoBack"/>
      <w:bookmarkEnd w:id="0"/>
      <w:r>
        <w:t>do Trư</w:t>
      </w:r>
      <w:r>
        <w:t>ờ</w:t>
      </w:r>
      <w:r>
        <w:t>ng Cao đ</w:t>
      </w:r>
      <w:r>
        <w:t>ẳ</w:t>
      </w:r>
      <w:r>
        <w:t>ng Y Dư</w:t>
      </w:r>
      <w:r>
        <w:t>ợ</w:t>
      </w:r>
      <w:r>
        <w:t>c Tu</w:t>
      </w:r>
      <w:r>
        <w:t>ệ</w:t>
      </w:r>
      <w:r>
        <w:t xml:space="preserve"> Tĩnh Hà N</w:t>
      </w:r>
      <w:r>
        <w:t>ộ</w:t>
      </w:r>
      <w:r>
        <w:t>i t</w:t>
      </w:r>
      <w:r>
        <w:t>ổ</w:t>
      </w:r>
      <w:r>
        <w:t xml:space="preserve"> ch</w:t>
      </w:r>
      <w:r>
        <w:t>ứ</w:t>
      </w:r>
      <w:r>
        <w:t>c, tôi nh</w:t>
      </w:r>
      <w:r>
        <w:t>ậ</w:t>
      </w:r>
      <w:r>
        <w:t>n th</w:t>
      </w:r>
      <w:r>
        <w:t>ấ</w:t>
      </w:r>
      <w:r>
        <w:t>y chương trình đào t</w:t>
      </w:r>
      <w:r>
        <w:t>ạ</w:t>
      </w:r>
      <w:r>
        <w:t>o phù h</w:t>
      </w:r>
      <w:r>
        <w:t>ợ</w:t>
      </w:r>
      <w:r>
        <w:t>p v</w:t>
      </w:r>
      <w:r>
        <w:t>ớ</w:t>
      </w:r>
      <w:r>
        <w:t>i nhu c</w:t>
      </w:r>
      <w:r>
        <w:t>ầ</w:t>
      </w:r>
      <w:r>
        <w:t>u c</w:t>
      </w:r>
      <w:r>
        <w:t>ậ</w:t>
      </w:r>
      <w:r>
        <w:t>p nh</w:t>
      </w:r>
      <w:r>
        <w:t>ậ</w:t>
      </w:r>
      <w:r>
        <w:t>t, nâng cao ki</w:t>
      </w:r>
      <w:r>
        <w:t>ế</w:t>
      </w:r>
      <w:r>
        <w:t>n th</w:t>
      </w:r>
      <w:r>
        <w:t>ứ</w:t>
      </w:r>
      <w:r>
        <w:t>c chuyên môn c</w:t>
      </w:r>
      <w:r>
        <w:t>ủ</w:t>
      </w:r>
      <w:r>
        <w:t>a b</w:t>
      </w:r>
      <w:r>
        <w:t>ả</w:t>
      </w:r>
      <w:r>
        <w:t>n thân.</w:t>
      </w:r>
    </w:p>
    <w:p w14:paraId="796EE856" w14:textId="77777777" w:rsidR="00D370BB" w:rsidRDefault="006E0814" w:rsidP="00180A2D">
      <w:pPr>
        <w:spacing w:after="60" w:line="240" w:lineRule="auto"/>
        <w:jc w:val="both"/>
      </w:pPr>
      <w:r>
        <w:t xml:space="preserve">Nay tôi làm đơn này đăng ký tham gia khóa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</w:t>
      </w:r>
      <w:r>
        <w:t>ạ</w:t>
      </w:r>
      <w:r>
        <w:t>o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trên</w:t>
      </w:r>
      <w:proofErr w:type="spellEnd"/>
      <w:r>
        <w:t>.</w:t>
      </w:r>
      <w:r w:rsidR="00180A2D">
        <w:t xml:space="preserve"> </w:t>
      </w:r>
      <w:proofErr w:type="spellStart"/>
      <w:r>
        <w:t>Tôi</w:t>
      </w:r>
      <w:proofErr w:type="spellEnd"/>
      <w:r>
        <w:t xml:space="preserve"> cam </w:t>
      </w:r>
      <w:proofErr w:type="spellStart"/>
      <w:r>
        <w:t>k</w:t>
      </w:r>
      <w:r>
        <w:t>ế</w:t>
      </w:r>
      <w:r>
        <w:t>t</w:t>
      </w:r>
      <w:proofErr w:type="spellEnd"/>
      <w:r>
        <w:t>:</w:t>
      </w:r>
    </w:p>
    <w:p w14:paraId="2ED41F75" w14:textId="77777777" w:rsidR="00D370BB" w:rsidRDefault="006E0814" w:rsidP="00180A2D">
      <w:pPr>
        <w:pStyle w:val="ListNumber"/>
        <w:spacing w:after="60" w:line="240" w:lineRule="auto"/>
        <w:jc w:val="both"/>
      </w:pPr>
      <w:r>
        <w:t>Cung c</w:t>
      </w:r>
      <w:r>
        <w:t>ấ</w:t>
      </w:r>
      <w:r>
        <w:t>p đ</w:t>
      </w:r>
      <w:r>
        <w:t>ầ</w:t>
      </w:r>
      <w:r>
        <w:t>y đ</w:t>
      </w:r>
      <w:r>
        <w:t>ủ</w:t>
      </w:r>
      <w:r>
        <w:t>, chính xác các thông tin cá nhân và h</w:t>
      </w:r>
      <w:r>
        <w:t>ồ</w:t>
      </w:r>
      <w:r>
        <w:t xml:space="preserve"> sơ đăng ký tham gia khóa h</w:t>
      </w:r>
      <w:r>
        <w:t>ọ</w:t>
      </w:r>
      <w:r>
        <w:t>c.</w:t>
      </w:r>
    </w:p>
    <w:p w14:paraId="1AC79ADB" w14:textId="77777777" w:rsidR="00D370BB" w:rsidRDefault="006E0814" w:rsidP="00180A2D">
      <w:pPr>
        <w:pStyle w:val="ListNumber"/>
        <w:spacing w:after="60" w:line="240" w:lineRule="auto"/>
        <w:jc w:val="both"/>
      </w:pPr>
      <w:r>
        <w:t>Th</w:t>
      </w:r>
      <w:r>
        <w:t>ự</w:t>
      </w:r>
      <w:r>
        <w:t>c hi</w:t>
      </w:r>
      <w:r>
        <w:t>ệ</w:t>
      </w:r>
      <w:r>
        <w:t>n nghiêm túc n</w:t>
      </w:r>
      <w:r>
        <w:t>ộ</w:t>
      </w:r>
      <w:r>
        <w:t>i quy, quy đ</w:t>
      </w:r>
      <w:r>
        <w:t>ị</w:t>
      </w:r>
      <w:r>
        <w:t>nh c</w:t>
      </w:r>
      <w:r>
        <w:t>ủ</w:t>
      </w:r>
      <w:r>
        <w:t>a Nhà trư</w:t>
      </w:r>
      <w:r>
        <w:t>ờ</w:t>
      </w:r>
      <w:r>
        <w:t>ng trong quá trình h</w:t>
      </w:r>
      <w:r>
        <w:t>ọ</w:t>
      </w:r>
      <w:r>
        <w:t>c t</w:t>
      </w:r>
      <w:r>
        <w:t>ậ</w:t>
      </w:r>
      <w:r>
        <w:t>p.</w:t>
      </w:r>
    </w:p>
    <w:p w14:paraId="768C84BE" w14:textId="77777777" w:rsidR="00D370BB" w:rsidRDefault="006E0814" w:rsidP="00180A2D">
      <w:pPr>
        <w:pStyle w:val="ListNumber"/>
        <w:spacing w:after="60" w:line="240" w:lineRule="auto"/>
        <w:jc w:val="both"/>
      </w:pPr>
      <w:r>
        <w:t>Tham gia đ</w:t>
      </w:r>
      <w:r>
        <w:t>ầ</w:t>
      </w:r>
      <w:r>
        <w:t>y đ</w:t>
      </w:r>
      <w:r>
        <w:t>ủ</w:t>
      </w:r>
      <w:r>
        <w:t xml:space="preserve"> th</w:t>
      </w:r>
      <w:r>
        <w:t>ờ</w:t>
      </w:r>
      <w:r>
        <w:t>i lư</w:t>
      </w:r>
      <w:r>
        <w:t>ợ</w:t>
      </w:r>
      <w:r>
        <w:t>ng h</w:t>
      </w:r>
      <w:r>
        <w:t>ọ</w:t>
      </w:r>
      <w:r>
        <w:t>c t</w:t>
      </w:r>
      <w:r>
        <w:t>ậ</w:t>
      </w:r>
      <w:r>
        <w:t>p, th</w:t>
      </w:r>
      <w:r>
        <w:t>ự</w:t>
      </w:r>
      <w:r>
        <w:t>c hành theo chương trình đ</w:t>
      </w:r>
      <w:r>
        <w:t>ào t</w:t>
      </w:r>
      <w:r>
        <w:t>ạ</w:t>
      </w:r>
      <w:r>
        <w:t>o.</w:t>
      </w:r>
    </w:p>
    <w:p w14:paraId="07CD6E47" w14:textId="77777777" w:rsidR="00D370BB" w:rsidRDefault="006E0814" w:rsidP="00180A2D">
      <w:pPr>
        <w:pStyle w:val="ListNumber"/>
        <w:spacing w:after="60" w:line="240" w:lineRule="auto"/>
        <w:jc w:val="both"/>
      </w:pPr>
      <w:r>
        <w:t>Hoàn thành nghĩa v</w:t>
      </w:r>
      <w:r>
        <w:t>ụ</w:t>
      </w:r>
      <w:r>
        <w:t xml:space="preserve"> h</w:t>
      </w:r>
      <w:r>
        <w:t>ọ</w:t>
      </w:r>
      <w:r>
        <w:t>c phí và các kho</w:t>
      </w:r>
      <w:r>
        <w:t>ả</w:t>
      </w:r>
      <w:r>
        <w:t>n chi phí liên quan theo quy đ</w:t>
      </w:r>
      <w:r>
        <w:t>ị</w:t>
      </w:r>
      <w:r>
        <w:t>nh c</w:t>
      </w:r>
      <w:r>
        <w:t>ủ</w:t>
      </w:r>
      <w:r>
        <w:t>a Nhà trư</w:t>
      </w:r>
      <w:r>
        <w:t>ờ</w:t>
      </w:r>
      <w:r>
        <w:t>ng.</w:t>
      </w:r>
    </w:p>
    <w:p w14:paraId="6F0C5A01" w14:textId="77777777" w:rsidR="00D370BB" w:rsidRDefault="006E0814" w:rsidP="00180A2D">
      <w:pPr>
        <w:pStyle w:val="ListNumber"/>
        <w:spacing w:after="60" w:line="240" w:lineRule="auto"/>
        <w:jc w:val="both"/>
      </w:pPr>
      <w:r>
        <w:t>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tính chính xác c</w:t>
      </w:r>
      <w:r>
        <w:t>ủ</w:t>
      </w:r>
      <w:r>
        <w:t>a các thông tin đã kê khai.</w:t>
      </w:r>
    </w:p>
    <w:p w14:paraId="47E5CBC1" w14:textId="77777777" w:rsidR="00D370BB" w:rsidRDefault="006E0814" w:rsidP="00180A2D">
      <w:pPr>
        <w:spacing w:after="60" w:line="240" w:lineRule="auto"/>
        <w:jc w:val="both"/>
      </w:pPr>
      <w:r>
        <w:t>Kính đ</w:t>
      </w:r>
      <w:r>
        <w:t>ề</w:t>
      </w:r>
      <w:r>
        <w:t xml:space="preserve"> ngh</w:t>
      </w:r>
      <w:r>
        <w:t>ị</w:t>
      </w:r>
      <w:r>
        <w:t xml:space="preserve"> Ban Giám hi</w:t>
      </w:r>
      <w:r>
        <w:t>ệ</w:t>
      </w:r>
      <w:r>
        <w:t>u Trư</w:t>
      </w:r>
      <w:r>
        <w:t>ờ</w:t>
      </w:r>
      <w:r>
        <w:t>ng Cao đ</w:t>
      </w:r>
      <w:r>
        <w:t>ẳ</w:t>
      </w:r>
      <w:r>
        <w:t>ng Y Dư</w:t>
      </w:r>
      <w:r>
        <w:t>ợ</w:t>
      </w:r>
      <w:r>
        <w:t>c Tu</w:t>
      </w:r>
      <w:r>
        <w:t>ệ</w:t>
      </w:r>
      <w:r>
        <w:t xml:space="preserve"> Tĩnh Hà N</w:t>
      </w:r>
      <w:r>
        <w:t>ộ</w:t>
      </w:r>
      <w:r>
        <w:t>i xem xét, ti</w:t>
      </w:r>
      <w:r>
        <w:t>ế</w:t>
      </w:r>
      <w:r>
        <w:t>p nh</w:t>
      </w:r>
      <w:r>
        <w:t>ậ</w:t>
      </w:r>
      <w:r>
        <w:t>n và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tôi đư</w:t>
      </w:r>
      <w:r>
        <w:t>ợ</w:t>
      </w:r>
      <w:r>
        <w:t>c tham gia khóa đào t</w:t>
      </w:r>
      <w:r>
        <w:t>ạ</w:t>
      </w:r>
      <w:r>
        <w:t>o.</w:t>
      </w:r>
    </w:p>
    <w:p w14:paraId="55C67A76" w14:textId="77777777" w:rsidR="00D370BB" w:rsidRDefault="006E0814" w:rsidP="00180A2D">
      <w:pPr>
        <w:spacing w:after="60" w:line="240" w:lineRule="auto"/>
        <w:ind w:firstLine="720"/>
        <w:jc w:val="both"/>
      </w:pPr>
      <w:r>
        <w:t xml:space="preserve">Xin </w:t>
      </w:r>
      <w:proofErr w:type="spellStart"/>
      <w:r>
        <w:t>trân</w:t>
      </w:r>
      <w:proofErr w:type="spellEnd"/>
      <w: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 xml:space="preserve"> </w:t>
      </w:r>
      <w:proofErr w:type="spellStart"/>
      <w:r>
        <w:t>c</w:t>
      </w:r>
      <w:r>
        <w:t>ả</w:t>
      </w:r>
      <w:r>
        <w:t>m</w:t>
      </w:r>
      <w:proofErr w:type="spellEnd"/>
      <w:r>
        <w:t xml:space="preserve"> ơn!</w:t>
      </w:r>
    </w:p>
    <w:p w14:paraId="3A54E86B" w14:textId="77777777" w:rsidR="00D370BB" w:rsidRDefault="006E0814" w:rsidP="00180A2D">
      <w:pPr>
        <w:spacing w:after="0" w:line="240" w:lineRule="auto"/>
        <w:jc w:val="right"/>
      </w:pPr>
      <w:r>
        <w:rPr>
          <w:i/>
        </w:rPr>
        <w:t>............, ngày ..... tháng ..... năm 2026</w:t>
      </w:r>
    </w:p>
    <w:p w14:paraId="66652BC2" w14:textId="77777777" w:rsidR="00D370BB" w:rsidRDefault="006E0814" w:rsidP="00180A2D">
      <w:pPr>
        <w:spacing w:after="0" w:line="240" w:lineRule="auto"/>
        <w:jc w:val="right"/>
      </w:pPr>
      <w:r>
        <w:rPr>
          <w:b/>
        </w:rPr>
        <w:t>NGƯ</w:t>
      </w:r>
      <w:r>
        <w:rPr>
          <w:b/>
        </w:rPr>
        <w:t>Ờ</w:t>
      </w:r>
      <w:r>
        <w:rPr>
          <w:b/>
        </w:rPr>
        <w:t>I LÀM ĐƠN</w:t>
      </w:r>
    </w:p>
    <w:p w14:paraId="524C97FA" w14:textId="77777777" w:rsidR="00D370BB" w:rsidRDefault="006E0814" w:rsidP="00180A2D">
      <w:pPr>
        <w:spacing w:after="0" w:line="240" w:lineRule="auto"/>
        <w:jc w:val="right"/>
      </w:pPr>
      <w:r>
        <w:t>(Ký, ghi rõ h</w:t>
      </w:r>
      <w:r>
        <w:t>ọ</w:t>
      </w:r>
      <w:r>
        <w:t xml:space="preserve"> tên)</w:t>
      </w:r>
    </w:p>
    <w:p w14:paraId="5F6F3E3D" w14:textId="77777777" w:rsidR="00D370BB" w:rsidRDefault="006E0814" w:rsidP="00180A2D">
      <w:pPr>
        <w:spacing w:after="0" w:line="240" w:lineRule="auto"/>
      </w:pPr>
      <w:r>
        <w:br/>
        <w:t>........................................</w:t>
      </w:r>
    </w:p>
    <w:p w14:paraId="49B3A3FE" w14:textId="77777777" w:rsidR="00D370BB" w:rsidRPr="00180A2D" w:rsidRDefault="006E0814" w:rsidP="00180A2D">
      <w:pPr>
        <w:spacing w:after="0" w:line="240" w:lineRule="auto"/>
        <w:rPr>
          <w:b/>
        </w:rPr>
      </w:pPr>
      <w:r w:rsidRPr="00180A2D">
        <w:rPr>
          <w:b/>
        </w:rPr>
        <w:t>H</w:t>
      </w:r>
      <w:r w:rsidRPr="00180A2D">
        <w:rPr>
          <w:b/>
        </w:rPr>
        <w:t>ồ</w:t>
      </w:r>
      <w:r w:rsidRPr="00180A2D">
        <w:rPr>
          <w:b/>
        </w:rPr>
        <w:t xml:space="preserve"> sơ kèm theo:</w:t>
      </w:r>
    </w:p>
    <w:p w14:paraId="0BA72E74" w14:textId="77777777" w:rsidR="00D370BB" w:rsidRDefault="006E0814" w:rsidP="00180A2D">
      <w:pPr>
        <w:pStyle w:val="ListNumber"/>
        <w:numPr>
          <w:ilvl w:val="0"/>
          <w:numId w:val="10"/>
        </w:numPr>
        <w:spacing w:after="0" w:line="240" w:lineRule="auto"/>
      </w:pP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CCCD/CMND.</w:t>
      </w:r>
    </w:p>
    <w:p w14:paraId="27ADD030" w14:textId="77777777" w:rsidR="00D370BB" w:rsidRDefault="006E0814" w:rsidP="00180A2D">
      <w:pPr>
        <w:pStyle w:val="ListNumber"/>
        <w:numPr>
          <w:ilvl w:val="0"/>
          <w:numId w:val="10"/>
        </w:numPr>
        <w:spacing w:after="0" w:line="240" w:lineRule="auto"/>
      </w:pP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</w:t>
      </w:r>
      <w:r>
        <w:t>ằ</w:t>
      </w:r>
      <w:r>
        <w:t>ng</w:t>
      </w:r>
      <w:proofErr w:type="spellEnd"/>
      <w:r>
        <w:t>/</w:t>
      </w:r>
      <w:proofErr w:type="spellStart"/>
      <w:r>
        <w:t>ch</w:t>
      </w:r>
      <w:r>
        <w:t>ứ</w:t>
      </w:r>
      <w:r>
        <w:t>ng</w:t>
      </w:r>
      <w:proofErr w:type="spellEnd"/>
      <w:r>
        <w:t xml:space="preserve"> ch</w:t>
      </w:r>
      <w:r>
        <w:t>ỉ</w:t>
      </w:r>
      <w:r>
        <w:t xml:space="preserve"> chuyên môn (n</w:t>
      </w:r>
      <w:r>
        <w:t>ế</w:t>
      </w:r>
      <w:r>
        <w:t>u có).</w:t>
      </w:r>
    </w:p>
    <w:p w14:paraId="5218962E" w14:textId="77777777" w:rsidR="00D370BB" w:rsidRDefault="006E0814" w:rsidP="00180A2D">
      <w:pPr>
        <w:pStyle w:val="ListNumber"/>
        <w:numPr>
          <w:ilvl w:val="0"/>
          <w:numId w:val="10"/>
        </w:numPr>
        <w:spacing w:after="0" w:line="240" w:lineRule="auto"/>
      </w:pPr>
      <w:r>
        <w:t>Các gi</w:t>
      </w:r>
      <w:r>
        <w:t>ấ</w:t>
      </w:r>
      <w:r>
        <w:t>y t</w:t>
      </w:r>
      <w:r>
        <w:t>ờ</w:t>
      </w:r>
      <w:r>
        <w:t xml:space="preserve"> khác theo yêu c</w:t>
      </w:r>
      <w:r>
        <w:t>ầ</w:t>
      </w:r>
      <w:r>
        <w:t>u c</w:t>
      </w:r>
      <w:r>
        <w:t>ủ</w:t>
      </w:r>
      <w:r>
        <w:t>a Nhà trư</w:t>
      </w:r>
      <w:r>
        <w:t>ờ</w:t>
      </w:r>
      <w:r>
        <w:t>ng (n</w:t>
      </w:r>
      <w:r>
        <w:t>ế</w:t>
      </w:r>
      <w:r>
        <w:t>u có).</w:t>
      </w:r>
    </w:p>
    <w:sectPr w:rsidR="00D370BB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C41F21"/>
    <w:multiLevelType w:val="hybridMultilevel"/>
    <w:tmpl w:val="8984F8B4"/>
    <w:lvl w:ilvl="0" w:tplc="77986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0A2D"/>
    <w:rsid w:val="0029639D"/>
    <w:rsid w:val="00326F90"/>
    <w:rsid w:val="006E0814"/>
    <w:rsid w:val="00AA1D8D"/>
    <w:rsid w:val="00B47730"/>
    <w:rsid w:val="00CB0664"/>
    <w:rsid w:val="00D370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20EB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1DDC69-2D6D-5D4C-8400-3167E020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2189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dcterms:created xsi:type="dcterms:W3CDTF">2013-12-23T23:15:00Z</dcterms:created>
  <dcterms:modified xsi:type="dcterms:W3CDTF">2026-08-25T10:27:00Z</dcterms:modified>
  <cp:category/>
</cp:coreProperties>
</file>